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F97316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🐣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F97316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🆕 מקבץ חידות וטריוויה – א׳–ב׳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א׳–ב׳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F97316"/>
          <w:sz w:val="36"/>
          <w:rtl w:val="1"/>
          <w:bCs/>
          <w:szCs w:val="36"/>
        </w:rPr>
        <w:t>📗 מקבץ חידות וטריוויה: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טריוויה עולמית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מה אני?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מה המשותף?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🧒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 – טריוויה עולמית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 – מה אני?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 – מה המשותף?</w:t>
        </w:r>
      </w:hyperlink>
    </w:p>
    <w:p>
      <w:pPr>
        <w:bidi w:val="1"/>
        <w:jc w:val="right"/>
      </w:pPr>
      <w:hyperlink w:anchor="sX">
        <w:r>
          <w:rPr>
            <w:rtl w:val="1"/>
            <w:u w:val="single"/>
            <w:color w:val="1E40AF"/>
          </w:rPr>
          <w:t xml:space="preserve">• ✂ כרטיסים לגזירה</w:t>
        </w:r>
      </w:hyperlink>
    </w:p>
    <w:p>
      <w:pPr>
        <w:pStyle w:val="Heading1"/>
        <w:bidi w:val="1"/>
        <w:jc w:val="right"/>
      </w:pPr>
      <w:bookmarkStart w:id="17569" w:name="ttop"/>
      <w:r>
        <w:rPr>
          <w:rFonts w:ascii="Arial" w:hAnsi="Arial" w:cs="Arial"/>
          <w:b/>
          <w:color w:val="F97316"/>
          <w:sz w:val="40"/>
          <w:rtl w:val="1"/>
          <w:bCs/>
          <w:szCs w:val="40"/>
        </w:rPr>
        <w:t>👩‍🏫 מהדורה למורה</w:t>
      </w:r>
      <w:bookmarkEnd w:id="17569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מקבץ חדש של חידות וטריוויה: 🌍 טריוויה עולמית, 🤔 חידות "מה אני?" ו־🧩 "מה המשותף?". המהדורה למורה – מטרות, הפעלה ומפתחות תשובות – מופיעה ראשונה; דפי התלמיד/ה וכרטיסי הגזירה – אחריה, בעמודים נפרדים.</w:t>
      </w:r>
    </w:p>
    <w:p>
      <w:pPr>
        <w:pStyle w:val="Heading2"/>
        <w:bidi w:val="1"/>
        <w:jc w:val="right"/>
      </w:pPr>
      <w:bookmarkStart w:id="42223" w:name="tgoal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🎯 מטרות והפעלה</w:t>
      </w:r>
      <w:bookmarkEnd w:id="4222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הרחבת ידע עולם: יבשות ונהרות, חלל, בעלי חיים, טבע, מדע ותרבויות.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חשיבה גמישה והסקה: לקרוא רמזים, לשער ולבדוק.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אוצר מילים וביטויים: מה מחבר בין מילים שונות?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פתיחה (5 דק׳): חידת "מה אני?" אחת על הלוח – מי מנחש ראשון?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חלק א׳ (10–15 דק׳): טריוויה עולמית ביחידים או בזוגות; בודקים יחד ומרחיבים בהסבר.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חלק ב׳ (10 דק׳): חידות "מה אני?" – קודם בלי רמז, אחר כך עם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חלק ג׳ (10 דק׳): "מה המשותף?" בזוגות – 2 דקות לכל סט, וכל זוג מסביר את הקשר לכל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סיום: כרטיסי הגזירה למשחק בקבוצות + כרטיס יציאה.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💻 גרסה אינטראקטיבית לכל החלקים (מצב כיתה, קבוצות, כוכבים וטיימר): chidot-trivia.sites.tab.bot – עמודים "טריוויה עולמית", "מה אני?" ו"מילה משותפת".</w:t>
      </w:r>
    </w:p>
    <w:p>
      <w:pPr>
        <w:pStyle w:val="Heading2"/>
        <w:bidi w:val="1"/>
        <w:jc w:val="right"/>
      </w:pPr>
      <w:bookmarkStart w:id="35227" w:name="tkA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🔑 מפתח – חלק א׳: טריוויה עולמית</w:t>
      </w:r>
      <w:bookmarkEnd w:id="3522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כַּמָּה יַבָּשׁוֹת יֵשׁ בָּעוֹלָם?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7️⃣ שֶׁבַע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נהוג למנות 7 יבשות: אסיה, אפריקה, אירופה, צפון אמריקה, דרום אמריקה, אוסטרליה ואנטארקטיקה.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מִי הַחַיָּה הַכִּי כְּבֵדָה בַּיַּבָּשָׁה?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🐘 פִּיל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הפיל האפריקני הוא בעל החיים הכבד ביותר שחי ביבשה. הג׳ירפה – הגבוהה ביותר!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הַכּוֹכָב הַקָּרוֹב בְּיוֹתֵר לְכַדּוּר הָאָרֶץ?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☀️ הַשֶּׁמֶשׁ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השמש היא כוכב – כדור ענק של גז לוהט. הירח הוא לא כוכב, הוא מקיף אותנו ומחזיר את אור השמש.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אֵיפֹה חַיִּים הַרְבֵּה פִּינְגְּוִינִים?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❄️ בַּקֶּרַח שֶׁבַּדָּרוֹם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פינגווינים חיים בחצי הדרומי של כדור הארץ, ורבים מהם באנטארקטיקה הקפואה.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כַּמָּה צְבָעִים סוֹפְרִים בַּקֶּשֶׁת?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7️⃣ שִׁבְעָה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נהוג לספור 7 צבעים: אדום, כתום, צהוב, ירוק, תכלת, כחול וסגול.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מִי הַחַיָּה הַגְּדוֹלָה בְּיוֹתֵר בָּעוֹלָם?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🐋 לִוְיָתָן כָּחֹל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הלווייתן הכחול הוא בעל החיים הגדול ביותר שחי אי פעם – גדול אפילו מהדינוזאורים הגדולים.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צָרִיךְ צֶמַח כְּדֵי לִגְדֹּל?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💧 מַיִם, אוֹר וַאֲוִיר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צמחים צריכים מים, אור שמש ואוויר – ומהם הם מכינים לעצמם מזון.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מִי מַקִּיף אֶת כַּדּוּר הָאָרֶץ?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🌙 הַיָּרֵחַ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הירח מקיף את כדור הארץ בערך פעם בחודש. וכדור הארץ? הוא מקיף את השמש.</w:t>
            </w:r>
          </w:p>
        </w:tc>
      </w:tr>
    </w:tbl>
    <w:p>
      <w:pPr>
        <w:pStyle w:val="Heading2"/>
        <w:bidi w:val="1"/>
        <w:jc w:val="right"/>
      </w:pPr>
      <w:bookmarkStart w:id="41505" w:name="tkB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🔑 מפתח – חלק ב׳: מה אני?</w:t>
      </w:r>
      <w:bookmarkEnd w:id="4150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החידה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יֵשׁ לִי פָּנִים וּשְׁתֵּי יָדַיִם, אֲבָל אֵין לִי פֶּה וְאֵין לִי רַגְלַיִם.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שָׁעוֹן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לשעון יש ״פנים״ – הלוח עם המספרים ויש לו שתי ״ידיים״ – המחוגים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אֲנִי מָלֵא חוֹרִים, וּבְכָל זֹאת אֲנִי מַחֲזִיק מַיִם.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סְפוֹג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בספוג יש הרבה חורים קטנים המים נכנסים לחורים ונשארים בהם – עד שסוחטים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קֹדֶם צָרִיךְ לִשְׁבֹּר אוֹתִי, וְרַק אַחַר כָּךְ אֶפְשָׁר לְהִשְׁתַּמֵּשׁ בִּי.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בֵּיצָה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כדי להכין חביתה או עוגה שוברים את הקליפה של הביצה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אֲנִי הוֹלֵךְ אִתְּכֶם לְכָל מָקוֹם בַּשֶּׁמֶשׁ, אֲבָל בַּחֹשֶׁךְ אֲנִי נֶעֱלָם.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צֵל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הגוף שלנו מסתיר את אור השמש וכך נוצר צל – שזז איתנו לכל מקום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יֵשׁ לִי שִׁנַּיִם, אֲבָל אֲנִי לֹא נוֹשֵׁךְ אַף אֶחָד.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מַסְרֵק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למסרק יש ״שיניים״ – הקווים הדקים הם עוברים בשיער ומסדרים אותו</w:t>
            </w:r>
          </w:p>
        </w:tc>
      </w:tr>
    </w:tbl>
    <w:p>
      <w:pPr>
        <w:pStyle w:val="Heading2"/>
        <w:bidi w:val="1"/>
        <w:jc w:val="right"/>
      </w:pPr>
      <w:bookmarkStart w:id="49543" w:name="tkC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🔑 מפתח – חלק ג׳: מה המשותף?</w:t>
      </w:r>
      <w:bookmarkEnd w:id="4954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הרמזים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נושא</w:t>
            </w:r>
          </w:p>
        </w:tc>
        <w:tc>
          <w:tcPr>
            <w:tcW w:type="dxa" w:w="2551"/>
            <w:shd w:val="clear" w:fill="F9731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לִימוֹן · חַמָּנִית · בָּנָנָה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צָהֹב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לימון, חמנייה ובננה – כולם צהובים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פָּרָה · עֵז · בַּקְבּוּק לַתִּינוֹק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חָלָב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פרה ועז נותנות חלב, ובבקבוק של התינוק יש חלב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מְכוֹנִית · אוֹפַנַּיִם · עֲגָלָה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גַּלְגַּלִּים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למכונית, לאופניים ולעגלה יש גלגלים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דָּג · דּוֹלְפִין · תְּמָנוּן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יָם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דג, דולפין ותמנון – כולם חיים בים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יַנְשׁוּף · עֲטַלֵּף · כּוֹכָבִים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לַיְלָה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ינשוף ועטלף ערים בלילה, וכוכבים רואים בלילה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חִבּוּק · חִיּוּךְ · מַתָּנָה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שִׂמְחָה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חיבוק, חיוך ומתנה – כולם עושים שמחה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כַּדּוּר · תַּפּוּז · יָרֵחַ מָלֵא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עָגֹל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כדור, תפוז וירח מלא – כולם עגולים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צֶמַח · תִּינוֹק · אֶפְרוֹחַ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גְּדֵלִים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💪 חוסן וחשיבה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צמח, תינוק ואפרוח – כולם גדלים לאט־לאט, כמו שגם אנחנו לומדים וגדלים</w:t>
            </w:r>
          </w:p>
        </w:tc>
      </w:tr>
    </w:tbl>
    <w:p>
      <w:pPr>
        <w:pStyle w:val="Heading2"/>
        <w:bidi w:val="1"/>
        <w:jc w:val="right"/>
      </w:pPr>
      <w:bookmarkStart w:id="26694" w:name="tv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🔎 לוודא לפני השיעור</w:t>
      </w:r>
      <w:bookmarkEnd w:id="2669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כַּמָּה יַבָּשׁוֹת יֵשׁ בָּעוֹלָם? – 7️⃣ שֶׁבַע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"הנהר הארוך בעולם": הנילוס נחשב לארוך, אך יש מדידות שבהן האמזונס ארוך ממנו – כדאי לציין זאת לתלמידים.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ניקוד השאלות והחידות ברמות א׳–ב׳, עולים וחנ״מ.</w:t>
      </w:r>
    </w:p>
    <w:p>
      <w:r>
        <w:br w:type="page"/>
      </w:r>
    </w:p>
    <w:p>
      <w:pPr>
        <w:pStyle w:val="Heading1"/>
        <w:bidi w:val="1"/>
        <w:jc w:val="right"/>
      </w:pPr>
      <w:bookmarkStart w:id="8222" w:name="stop"/>
      <w:r>
        <w:rPr>
          <w:rFonts w:ascii="Arial" w:hAnsi="Arial" w:cs="Arial"/>
          <w:b/>
          <w:color w:val="F97316"/>
          <w:sz w:val="40"/>
          <w:rtl w:val="1"/>
          <w:bCs/>
          <w:szCs w:val="40"/>
        </w:rPr>
        <w:t>🧒 דפי התלמיד/ה</w:t>
      </w:r>
      <w:bookmarkEnd w:id="8222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יוצאים למסע חידות סביב העולם! קראו כל משימה בעיון, חשבו לבד או בזוג, וסמנו או כתבו את התשובה. בהצלחה! 🌍</w:t>
      </w:r>
    </w:p>
    <w:p>
      <w:pPr>
        <w:pStyle w:val="Heading2"/>
        <w:bidi w:val="1"/>
        <w:jc w:val="right"/>
      </w:pPr>
      <w:bookmarkStart w:id="28721" w:name="sA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חלק א׳ – 🌍 טריוויה עולמית</w:t>
      </w:r>
      <w:bookmarkEnd w:id="2872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🌍 כַּמָּה יַבָּשׁוֹת יֵשׁ בָּעוֹלָם?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7️⃣ שֶׁבַע   ◯ 🔟 עֶשֶׂר   ◯ 3️⃣ שָׁלוֹשׁ   ◯ 5️⃣ חָמֵשׁ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🐘 מִי הַחַיָּה הַכִּי כְּבֵדָה בַּיַּבָּשָׁה?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🦒 גִּ'ירָפָה   ◯ 🦁 אַרְיֵה   ◯ 🐻 דֹּב   ◯ 🐘 פִּיל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☀️ מָה הַכּוֹכָב הַקָּרוֹב בְּיוֹתֵר לְכַדּוּר הָאָרֶץ?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🌙 הַיָּרֵחַ   ◯ ⭐ כּוֹכַב הַצָּפוֹן   ◯ ☀️ הַשֶּׁמֶשׁ   ◯ ☁️ עָנָן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🐧 אֵיפֹה חַיִּים הַרְבֵּה פִּינְגְּוִינִים?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🏜️ בַּמִּדְבָּר   ◯ ❄️ בַּקֶּרַח שֶׁבַּדָּרוֹם   ◯ 🌳 בַּיַּעַר   ◯ 🏙️ בָּעִיר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🌈 כַּמָּה צְבָעִים סוֹפְרִים בַּקֶּשֶׁת?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3️⃣ שְׁלוֹשָׁה   ◯ 7️⃣ שִׁבְעָה   ◯ 🔟 עֲשָׂרָה   ◯ 5️⃣ חֲמִשָּׁה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🐋 מִי הַחַיָּה הַגְּדוֹלָה בְּיוֹתֵר בָּעוֹלָם?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🦈 כָּרִישׁ   ◯ 🐋 לִוְיָתָן כָּחֹל   ◯ 🐬 דּוֹלְפִין   ◯ 🐙 תְּמָנוּן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🌱 מָה צָרִיךְ צֶמַח כְּדֵי לִגְדֹּל?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🌑 רַק חֹשֶׁךְ   ◯ 💧 מַיִם, אוֹר וַאֲוִיר   ◯ 🍫 שׁוֹקוֹלָד   ◯ 🔊 רַעַשׁ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🌙 מִי מַקִּיף אֶת כַּדּוּר הָאָרֶץ?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🪐 שַׁבְּתַאי   ◯ 🌙 הַיָּרֵחַ   ◯ ☄️ שָׁבִיט   ◯ ☀️ הַשֶּׁמֶשׁ</w:t>
      </w:r>
    </w:p>
    <w:p>
      <w:pPr>
        <w:pStyle w:val="Heading2"/>
        <w:bidi w:val="1"/>
        <w:jc w:val="right"/>
      </w:pPr>
      <w:bookmarkStart w:id="76008" w:name="sB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חלק ב׳ – 🤔 מה אני?</w:t>
      </w:r>
      <w:bookmarkEnd w:id="76008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 וכתבו: מה אני? אם קשה – בקשו רמז מהמורה.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1. 🕰️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יֵשׁ לִי פָּנִים וּשְׁתֵּי יָדַיִם, אֲבָל אֵין לִי פֶּה וְאֵין לִי רַגְלַיִם.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2. 🧽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מָלֵא חוֹרִים, וּבְכָל זֹאת אֲנִי מַחֲזִיק מַיִם.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3. 🥚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קֹדֶם צָרִיךְ לִשְׁבֹּר אוֹתִי, וְרַק אַחַר כָּךְ אֶפְשָׁר לְהִשְׁתַּמֵּשׁ בִּי.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4. 👤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הוֹלֵךְ אִתְּכֶם לְכָל מָקוֹם בַּשֶּׁמֶשׁ, אֲבָל בַּחֹשֶׁךְ אֲנִי נֶעֱלָם.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5. 🪮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יֵשׁ לִי שִׁנַּיִם, אֲבָל אֲנִי לֹא נוֹשֵׁךְ אַף אֶחָד. מָה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p>
      <w:pPr>
        <w:pStyle w:val="Heading2"/>
        <w:bidi w:val="1"/>
        <w:jc w:val="right"/>
      </w:pPr>
      <w:bookmarkStart w:id="91710" w:name="sC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חלק ג׳ – 🧩 מה המשותף?</w:t>
      </w:r>
      <w:bookmarkEnd w:id="9171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מחבר את כל הרמזים? כתבו מילה אחת – ובשורה הבאה הסבירו את הקשר לכל רמז.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🍋 לִימוֹן · 🌻 חַמָּנִית · 🍌 בָּנָנָה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🐄 פָּרָה · 🐐 עֵז · 🍼 בַּקְבּוּק לַתִּינוֹק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🚗 מְכוֹנִית · 🚲 אוֹפַנַּיִם · 🛒 עֲגָלָה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🐟 דָּג · 🐬 דּוֹלְפִין · 🐙 תְּמָנוּן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🦉 יַנְשׁוּף · 🦇 עֲטַלֵּף · ⭐ כּוֹכָבִים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🤗 חִבּוּק · 🙂 חִיּוּךְ · 🎁 מַתָּנָה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⚽ כַּדּוּר · 🍊 תַּפּוּז · 🌕 יָרֵחַ מָלֵא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🌱 צֶמַח · 👶 תִּינוֹק · 🐣 אֶפְרוֹחַ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38924" w:name="sW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✍️ חידה משלי</w:t>
      </w:r>
      <w:bookmarkEnd w:id="3892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חידת "מה אני?" משלכם: 2–3 רמזים, בלי לגלות את התשובה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r>
        <w:br w:type="page"/>
      </w:r>
    </w:p>
    <w:p>
      <w:pPr>
        <w:pStyle w:val="Heading2"/>
        <w:bidi w:val="1"/>
        <w:jc w:val="right"/>
      </w:pPr>
      <w:bookmarkStart w:id="9741" w:name="sX"/>
      <w:r>
        <w:rPr>
          <w:rFonts w:ascii="Arial" w:hAnsi="Arial" w:cs="Arial"/>
          <w:b/>
          <w:color w:val="F97316"/>
          <w:sz w:val="30"/>
          <w:rtl w:val="1"/>
          <w:bCs/>
          <w:szCs w:val="30"/>
        </w:rPr>
        <w:t>✂ כרטיסי חידות לגזירה</w:t>
      </w:r>
      <w:bookmarkEnd w:id="974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גוזרים לאורך הקווים. משחקים בקבוצות: מי שמחזיק/ה כרטיס קורא/ת את החידה, והאחרים מנחשים. התשובה בתחתית – מקפלים אותה לאחור.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🕰️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יֵשׁ לִי פָּנִים וּשְׁתֵּי יָדַיִם, אֲבָל אֵין לִי פֶּה וְאֵין לִי רַגְלַיִם.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שָׁעוֹן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🧽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מָלֵא חוֹרִים, וּבְכָל זֹאת אֲנִי מַחֲזִיק מַיִם.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סְפוֹג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🥚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קֹדֶם צָרִיךְ לִשְׁבֹּר אוֹתִי, וְרַק אַחַר כָּךְ אֶפְשָׁר לְהִשְׁתַּמֵּשׁ בִּי.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בֵּיצָה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👤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הוֹלֵךְ אִתְּכֶם לְכָל מָקוֹם בַּשֶּׁמֶשׁ, אֲבָל בַּחֹשֶׁךְ אֲנִי נֶעֱלָם.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צֵל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🪮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יֵשׁ לִי שִׁנַּיִם, אֲבָל אֲנִי לֹא נוֹשֵׁךְ אַף אֶחָד.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מַסְרֵק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🌍 כַּמָּה יַבָּשׁוֹת יֵשׁ בָּעוֹלָם?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7️⃣ שֶׁבַע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🐘 מִי הַחַיָּה הַכִּי כְּבֵדָה בַּיַּבָּשָׁה?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🐘 פִּיל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☀️ מָה הַכּוֹכָב הַקָּרוֹב בְּיוֹתֵר לְכַדּוּר הָאָרֶץ?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☀️ הַשֶּׁמֶשׁ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🐧 אֵיפֹה חַיִּים הַרְבֵּה פִּינְגְּוִינִים?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❄️ בַּקֶּרַח שֶׁבַּדָּרוֹם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🌈 כַּמָּה צְבָעִים סוֹפְרִים בַּקֶּשֶׁת?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7️⃣ שִׁבְעָה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🐋 מִי הַחַיָּה הַגְּדוֹלָה בְּיוֹתֵר בָּעוֹלָם?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🐋 לִוְיָתָן כָּחֹל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🌱 מָה צָרִיךְ צֶמַח כְּדֵי לִגְדֹּל?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💧 מַיִם, אוֹר וַאֲוִיר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🌙 מִי מַקִּיף אֶת כַּדּוּר הָאָרֶץ?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🌙 הַיָּרֵחַ</w:t>
            </w:r>
          </w:p>
        </w:tc>
        <w:tc>
          <w:tcPr>
            <w:tcW w:type="dxa" w:w="5103"/>
          </w:tcPr>
          <w:p/>
        </w:tc>
      </w:tr>
    </w:tbl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מָה אָהַבְתִּי? 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צַיְּרוּ אֶת הַתְּשׁוּבָה לַחִידָה שֶׁהֲכִי אֲהַבְתֶּם: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מקבץ חידות וטריוויה (מורה + תלמיד) – א׳–ב׳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מקבץ חידות וטריוויה (מורה + תלמיד) – א׳–ב׳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