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7C3AED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🎯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קלפי מה אני? – ז׳–י״ב, עולים וחנ״מ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כל הרמות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7C3AED"/>
          <w:sz w:val="36"/>
          <w:rtl w:val="1"/>
          <w:bCs/>
          <w:szCs w:val="36"/>
        </w:rPr>
        <w:t>🃏 חפיסת קלפים להדפסה ולגזירה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dzt">
        <w:r>
          <w:rPr>
            <w:rtl w:val="1"/>
            <w:u w:val="single"/>
            <w:color w:val="1E40AF"/>
          </w:rPr>
          <w:t xml:space="preserve">• 🎧 ז׳–ט׳</w:t>
        </w:r>
      </w:hyperlink>
    </w:p>
    <w:p>
      <w:pPr>
        <w:bidi w:val="1"/>
        <w:jc w:val="right"/>
      </w:pPr>
      <w:hyperlink w:anchor="dyb">
        <w:r>
          <w:rPr>
            <w:rtl w:val="1"/>
            <w:u w:val="single"/>
            <w:color w:val="1E40AF"/>
          </w:rPr>
          <w:t xml:space="preserve">• 🎓 י׳–י״ב</w:t>
        </w:r>
      </w:hyperlink>
    </w:p>
    <w:p>
      <w:pPr>
        <w:bidi w:val="1"/>
        <w:jc w:val="right"/>
      </w:pPr>
      <w:hyperlink w:anchor="dolim">
        <w:r>
          <w:rPr>
            <w:rtl w:val="1"/>
            <w:u w:val="single"/>
            <w:color w:val="1E40AF"/>
          </w:rPr>
          <w:t xml:space="preserve">• 🌍 עולים</w:t>
        </w:r>
      </w:hyperlink>
    </w:p>
    <w:p>
      <w:pPr>
        <w:bidi w:val="1"/>
        <w:jc w:val="right"/>
      </w:pPr>
      <w:hyperlink w:anchor="dchanam">
        <w:r>
          <w:rPr>
            <w:rtl w:val="1"/>
            <w:u w:val="single"/>
            <w:color w:val="1E40AF"/>
          </w:rPr>
          <w:t xml:space="preserve">• 🧩 חנ״מ</w:t>
        </w:r>
      </w:hyperlink>
    </w:p>
    <w:p>
      <w:pPr>
        <w:pStyle w:val="Heading1"/>
        <w:bidi w:val="1"/>
        <w:jc w:val="right"/>
      </w:pPr>
      <w:bookmarkStart w:id="58258" w:name="dtop"/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🤔 קלפי מה אני?</w:t>
      </w:r>
      <w:bookmarkEnd w:id="58258"/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מדפיסים, גוזרים לאורך הקווים ומקפלים: השאלה בחזית, התשובה למטה (אפשר לקפל אותה לאחור). גרסה אינטראקטיבית: עמוד 'קלפים' באתר.</w:t>
      </w:r>
    </w:p>
    <w:p>
      <w:pPr>
        <w:pStyle w:val="Heading2"/>
        <w:bidi w:val="1"/>
        <w:jc w:val="right"/>
      </w:pPr>
      <w:bookmarkStart w:id="4839" w:name="dzt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🎧 ז׳–ט׳</w:t>
      </w:r>
      <w:bookmarkEnd w:id="4839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💭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אני מגיע רק כשאתם ישנים, מראה לכם עולמות שלא קיימים, ונעלם כשאתם מתעוררים.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לפעמים מספרים עליי בבוקר.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חלום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🏷️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הוא שייך לכם, אבל אחרים משתמשים בו הרבה יותר מכם. מה הוא?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קוראים לכם בו.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השם שלכם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⏳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אני עובר כל הזמן, אף פעם לא חוזר, ואי אפשר לקנות אותי בשום כסף.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שעון מודד אותי.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זמן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🔤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אני מופיעה פעם אחת ב״שנה״, פעמיים ב״שמש״, ואף פעם לא ב״יום״.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זו אות – לא מילה!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האות ש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☁️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אני הולך בלי רגליים, בוכה בלי עיניים ועף בלי כנפיים.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אני לבן או אפור, ותלוי בשמיים.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ענן</w:t>
            </w:r>
          </w:p>
        </w:tc>
        <w:tc>
          <w:tcPr>
            <w:tcW w:type="dxa" w:w="5103"/>
          </w:tcPr>
          <w:p/>
        </w:tc>
      </w:tr>
    </w:tbl>
    <w:p>
      <w:pPr>
        <w:pStyle w:val="Heading2"/>
        <w:bidi w:val="1"/>
        <w:jc w:val="right"/>
      </w:pPr>
      <w:bookmarkStart w:id="22639" w:name="dyb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🎓 י׳–י״ב</w:t>
      </w:r>
      <w:bookmarkEnd w:id="22639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🔮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כולם מחכים לי, אבל ברגע שאני מגיע – אני כבר הופך להווה.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תמיד אומרים עליי ״מחר״.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העתיד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👣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ככל שלוקחים ממני יותר – משאירים מאחור יותר.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״לוקחים״ אותי כשהולכים.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צעדים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🤐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אם יש לך אותי – אתה רוצה לחלוק אותי. אם חלקת אותי – כבר אין לך אותי.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לוחשים אותי באוזן.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סוד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💡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אני יכול למלא חדר שלם – ובכל זאת אני לא תופס שום מקום.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לוחצים על מתג – ואני מופיע.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אור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🔁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קראו אותי מימין לשמאל או משמאל לימין – אני נשאר אותו דבר, כמו ״אבא״ או ״שמש״.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השם שלי בא מיוונית: ״חוזר על עקבותיו״.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פלינדרום</w:t>
            </w:r>
          </w:p>
        </w:tc>
        <w:tc>
          <w:tcPr>
            <w:tcW w:type="dxa" w:w="5103"/>
          </w:tcPr>
          <w:p/>
        </w:tc>
      </w:tr>
    </w:tbl>
    <w:p>
      <w:pPr>
        <w:pStyle w:val="Heading2"/>
        <w:bidi w:val="1"/>
        <w:jc w:val="right"/>
      </w:pPr>
      <w:bookmarkStart w:id="79366" w:name="dolim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🌍 עולים</w:t>
      </w:r>
      <w:bookmarkEnd w:id="79366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🔑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אֲנִי קָטָן, וַאֲנִי פּוֹתֵחַ אֶת הַדֶּלֶת.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שָׂמִים אוֹתִי בַּמַּנְעוּל.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מַפְתֵּחַ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☂️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פּוֹתְחִים אוֹתִי כְּשֶׁיּוֹרֵד גֶּשֶׁם.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אֲנִי שׁוֹמֶרֶת עֲלֵיכֶם יְבֵשִׁים.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מִטְרִיָּה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🛏️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בַּלַּיְלָה יְשֵׁנִים עָלַי.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יֵשׁ עָלַי כָּרִית וּשְׂמִיכָה.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מִטָּה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☎️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אֲנִי מְצַלְצֵל, וּמְדַבְּרִים בִּי עִם אֲנָשִׁים רְחוֹקִים.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אוֹמְרִים בִּי: ״הַלּוֹ?״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טֶלֶפוֹן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🧊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אֲנִי קַר. בַּשֶּׁמֶשׁ אֲנִי נִהְיֶה מַיִם.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שָׂמִים אוֹתִי בַּשְּׁתִיָּה בַּקַּיִץ.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קֶרַח</w:t>
            </w:r>
          </w:p>
        </w:tc>
        <w:tc>
          <w:tcPr>
            <w:tcW w:type="dxa" w:w="5103"/>
          </w:tcPr>
          <w:p/>
        </w:tc>
      </w:tr>
    </w:tbl>
    <w:p>
      <w:pPr>
        <w:pStyle w:val="Heading2"/>
        <w:bidi w:val="1"/>
        <w:jc w:val="right"/>
      </w:pPr>
      <w:bookmarkStart w:id="93417" w:name="dchanam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🧩 חנ״מ</w:t>
      </w:r>
      <w:bookmarkEnd w:id="93417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🍌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אֲנִי צָהֹב וְאָרֹךְ. קוֹלְפִים אוֹתִי וְאוֹכְלִים.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אֲנִי פְּרִי.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בָּנָנָה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⚽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אֲנִי עָגֹל. בּוֹעֲטִים בִּי בַּמִּגְרָשׁ.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מְשַׂחֲקִים בִּי.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כַּדּוּר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🐄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אֲנִי אוֹמֶרֶת ״מוּ״ וְנוֹתֶנֶת חָלָב.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אֲנִי גָּרָה בָּרֶפֶת.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פָּרָה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🌙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אֲנִי בַּשָּׁמַיִם בַּלַּיְלָה. לִפְעָמִים אֲנִי עָגֹל, וְלִפְעָמִים דַּק כְּמוֹ בָּנָנָה.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רוֹאִים אוֹתִי כְּשֶׁחֹשֶׁךְ.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יָרֵחַ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🪥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בַּבֹּקֶר וּבָעֶרֶב מְצַחְצְחִים אִתִּי שִׁנַּיִם.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שָׂמִים עָלַי מִשְׁחָה.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מִבְרֶשֶׁת</w:t>
            </w:r>
          </w:p>
        </w:tc>
        <w:tc>
          <w:tcPr>
            <w:tcW w:type="dxa" w:w="5103"/>
          </w:tcPr>
          <w:p/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🆕 קלפי מה אני? – ז׳–י״ב, עולים וחנ״מ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🆕 קלפי מה אני? – ז׳–י״ב, עולים וחנ״מ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